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34399" w14:textId="77777777" w:rsidR="0048376E" w:rsidRPr="0011493B" w:rsidRDefault="00000000">
      <w:pPr>
        <w:spacing w:after="180"/>
        <w:jc w:val="center"/>
        <w:rPr>
          <w:rFonts w:hint="eastAsia"/>
          <w:lang w:val="pl-PL"/>
        </w:rPr>
      </w:pPr>
      <w:r>
        <w:rPr>
          <w:noProof/>
        </w:rPr>
        <w:drawing>
          <wp:inline distT="0" distB="0" distL="0" distR="0" wp14:anchorId="37DF753E" wp14:editId="12A1A43E">
            <wp:extent cx="502920" cy="5727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-trim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57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493B">
        <w:rPr>
          <w:lang w:val="pl-PL"/>
        </w:rPr>
        <w:t xml:space="preserve">                             </w:t>
      </w:r>
      <w:r>
        <w:rPr>
          <w:noProof/>
        </w:rPr>
        <w:drawing>
          <wp:inline distT="0" distB="0" distL="0" distR="0" wp14:anchorId="5E269465" wp14:editId="0917D789">
            <wp:extent cx="1444752" cy="87642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k-tri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4752" cy="876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A9BC4" w14:textId="77777777" w:rsidR="0011493B" w:rsidRDefault="0011493B">
      <w:pPr>
        <w:spacing w:after="180"/>
        <w:rPr>
          <w:b/>
          <w:bCs/>
          <w:sz w:val="32"/>
          <w:szCs w:val="32"/>
          <w:lang w:val="pl-PL"/>
        </w:rPr>
      </w:pPr>
    </w:p>
    <w:p w14:paraId="3F4A5AC4" w14:textId="77777777" w:rsidR="0011493B" w:rsidRDefault="00000000">
      <w:pPr>
        <w:spacing w:after="180"/>
        <w:rPr>
          <w:b/>
          <w:bCs/>
          <w:sz w:val="32"/>
          <w:szCs w:val="32"/>
          <w:lang w:val="pl-PL"/>
        </w:rPr>
      </w:pPr>
      <w:r w:rsidRPr="0011493B">
        <w:rPr>
          <w:b/>
          <w:bCs/>
          <w:sz w:val="32"/>
          <w:szCs w:val="32"/>
          <w:lang w:val="pl-PL"/>
        </w:rPr>
        <w:t>Koordynator</w:t>
      </w:r>
    </w:p>
    <w:p w14:paraId="2B050878" w14:textId="7B5FE323" w:rsidR="0048376E" w:rsidRPr="0011493B" w:rsidRDefault="00000000">
      <w:pPr>
        <w:spacing w:after="180"/>
        <w:rPr>
          <w:rFonts w:hint="eastAsia"/>
          <w:b/>
          <w:bCs/>
          <w:sz w:val="32"/>
          <w:szCs w:val="32"/>
          <w:lang w:val="pl-PL"/>
        </w:rPr>
      </w:pPr>
      <w:r w:rsidRPr="0011493B">
        <w:rPr>
          <w:b/>
          <w:bCs/>
          <w:sz w:val="32"/>
          <w:szCs w:val="32"/>
          <w:lang w:val="pl-PL"/>
        </w:rPr>
        <w:t>Zespołu ds. Wsparcia Rozwoju Kariery Zawodowej</w:t>
      </w:r>
      <w:r w:rsidRPr="0011493B">
        <w:rPr>
          <w:b/>
          <w:bCs/>
          <w:sz w:val="32"/>
          <w:szCs w:val="32"/>
          <w:lang w:val="pl-PL"/>
        </w:rPr>
        <w:br/>
        <w:t>Centrum Edukacji i Współpracy ze Szkolnictwem Wyższym Pro Civium</w:t>
      </w:r>
    </w:p>
    <w:p w14:paraId="2A8EB96F" w14:textId="77777777" w:rsidR="0011493B" w:rsidRDefault="0011493B">
      <w:pPr>
        <w:pStyle w:val="Tytu"/>
        <w:rPr>
          <w:lang w:val="pl-PL"/>
        </w:rPr>
      </w:pPr>
    </w:p>
    <w:p w14:paraId="23851910" w14:textId="77777777" w:rsidR="0011493B" w:rsidRDefault="0011493B">
      <w:pPr>
        <w:pStyle w:val="Tytu"/>
        <w:rPr>
          <w:lang w:val="pl-PL"/>
        </w:rPr>
      </w:pPr>
    </w:p>
    <w:p w14:paraId="7B22ACCC" w14:textId="0AE977A2" w:rsidR="0048376E" w:rsidRPr="0011493B" w:rsidRDefault="00000000" w:rsidP="0011493B">
      <w:pPr>
        <w:pStyle w:val="Tytu"/>
        <w:jc w:val="center"/>
        <w:rPr>
          <w:lang w:val="pl-PL"/>
        </w:rPr>
      </w:pPr>
      <w:r w:rsidRPr="0011493B">
        <w:rPr>
          <w:lang w:val="pl-PL"/>
        </w:rPr>
        <w:t xml:space="preserve">Wniosek o przyjęcie do Programu </w:t>
      </w:r>
      <w:r w:rsidR="0011493B">
        <w:rPr>
          <w:lang w:val="pl-PL"/>
        </w:rPr>
        <w:t>„</w:t>
      </w:r>
      <w:r w:rsidRPr="0011493B">
        <w:rPr>
          <w:lang w:val="pl-PL"/>
        </w:rPr>
        <w:t>Drzwi do Kariery</w:t>
      </w:r>
      <w:r w:rsidR="0011493B">
        <w:rPr>
          <w:lang w:val="pl-PL"/>
        </w:rPr>
        <w:t>”</w:t>
      </w:r>
    </w:p>
    <w:p w14:paraId="7C4BF9B4" w14:textId="77777777" w:rsidR="0048376E" w:rsidRPr="0011493B" w:rsidRDefault="00000000" w:rsidP="0011493B">
      <w:pPr>
        <w:spacing w:after="200"/>
        <w:jc w:val="center"/>
        <w:rPr>
          <w:rFonts w:hint="eastAsia"/>
          <w:b/>
          <w:bCs/>
          <w:sz w:val="22"/>
          <w:lang w:val="pl-PL"/>
        </w:rPr>
      </w:pPr>
      <w:r w:rsidRPr="0011493B">
        <w:rPr>
          <w:b/>
          <w:bCs/>
          <w:sz w:val="22"/>
          <w:lang w:val="pl-PL"/>
        </w:rPr>
        <w:t>Program Wsparcia Mentoringowego i Materialnego w Rozwoju Zawodowym Absolwentów Kierunków Pomocowych oraz Młodych Dorosłych</w:t>
      </w:r>
    </w:p>
    <w:p w14:paraId="35766DBF" w14:textId="77777777" w:rsidR="0011493B" w:rsidRDefault="0011493B">
      <w:pPr>
        <w:spacing w:after="80"/>
        <w:rPr>
          <w:lang w:val="pl-PL"/>
        </w:rPr>
      </w:pPr>
    </w:p>
    <w:p w14:paraId="38FF9F69" w14:textId="77777777" w:rsidR="0011493B" w:rsidRDefault="00000000">
      <w:pPr>
        <w:spacing w:after="80"/>
        <w:rPr>
          <w:lang w:val="pl-PL"/>
        </w:rPr>
      </w:pPr>
      <w:r w:rsidRPr="0011493B">
        <w:rPr>
          <w:lang w:val="pl-PL"/>
        </w:rPr>
        <w:t xml:space="preserve">Edycja (rok): </w:t>
      </w:r>
      <w:sdt>
        <w:sdtPr>
          <w:rPr>
            <w:lang w:val="pl-PL"/>
          </w:rPr>
          <w:id w:val="1968931689"/>
          <w:placeholder>
            <w:docPart w:val="DefaultPlaceholder_-1854013440"/>
          </w:placeholder>
          <w:showingPlcHdr/>
        </w:sdtPr>
        <w:sdtContent>
          <w:r w:rsidR="0011493B" w:rsidRPr="0011493B">
            <w:rPr>
              <w:rStyle w:val="Tekstzastpczy"/>
              <w:lang w:val="pl-PL"/>
            </w:rPr>
            <w:t>Kliknij lub naciśnij tutaj, aby wprowadzić tekst.</w:t>
          </w:r>
        </w:sdtContent>
      </w:sdt>
      <w:r w:rsidRPr="0011493B">
        <w:rPr>
          <w:lang w:val="pl-PL"/>
        </w:rPr>
        <w:t xml:space="preserve">    </w:t>
      </w:r>
    </w:p>
    <w:p w14:paraId="09B7684D" w14:textId="2659A4A1" w:rsidR="0048376E" w:rsidRPr="0011493B" w:rsidRDefault="00000000">
      <w:pPr>
        <w:spacing w:after="80"/>
        <w:rPr>
          <w:rFonts w:hint="eastAsia"/>
          <w:lang w:val="pl-PL"/>
        </w:rPr>
      </w:pPr>
      <w:r w:rsidRPr="0011493B">
        <w:rPr>
          <w:lang w:val="pl-PL"/>
        </w:rPr>
        <w:t xml:space="preserve">Data wpływu (wypełnia Organizator): </w:t>
      </w:r>
      <w:sdt>
        <w:sdtPr>
          <w:rPr>
            <w:lang w:val="pl-PL"/>
          </w:rPr>
          <w:id w:val="-1017232095"/>
          <w:placeholder>
            <w:docPart w:val="DefaultPlaceholder_-1854013440"/>
          </w:placeholder>
          <w:showingPlcHdr/>
        </w:sdtPr>
        <w:sdtContent>
          <w:r w:rsidR="0011493B" w:rsidRPr="0011493B">
            <w:rPr>
              <w:rStyle w:val="Tekstzastpczy"/>
              <w:lang w:val="pl-PL"/>
            </w:rPr>
            <w:t>Kliknij lub naciśnij tutaj, aby wprowadzić tekst.</w:t>
          </w:r>
        </w:sdtContent>
      </w:sdt>
    </w:p>
    <w:p w14:paraId="5C2919D4" w14:textId="77777777" w:rsidR="0048376E" w:rsidRPr="0011493B" w:rsidRDefault="00000000">
      <w:pPr>
        <w:pStyle w:val="Nagwek1"/>
        <w:rPr>
          <w:sz w:val="28"/>
        </w:rPr>
      </w:pPr>
      <w:r w:rsidRPr="0011493B">
        <w:rPr>
          <w:sz w:val="28"/>
        </w:rPr>
        <w:t>1. Dane kandydata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48376E" w:rsidRPr="0011493B" w14:paraId="121A6600" w14:textId="77777777">
        <w:trPr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AF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D0BB46" w14:textId="4A236554" w:rsidR="0048376E" w:rsidRPr="0011493B" w:rsidRDefault="00000000">
            <w:pPr>
              <w:spacing w:after="40"/>
              <w:rPr>
                <w:rFonts w:hint="eastAsia"/>
                <w:lang w:val="pl-PL"/>
              </w:rPr>
            </w:pPr>
            <w:r w:rsidRPr="0011493B">
              <w:rPr>
                <w:b/>
                <w:sz w:val="17"/>
                <w:lang w:val="pl-PL"/>
              </w:rPr>
              <w:t>Imię</w:t>
            </w:r>
            <w:r w:rsidRPr="0011493B">
              <w:rPr>
                <w:b/>
                <w:sz w:val="17"/>
                <w:lang w:val="pl-PL"/>
              </w:rPr>
              <w:br/>
            </w:r>
            <w:sdt>
              <w:sdtPr>
                <w:rPr>
                  <w:rFonts w:hint="eastAsia"/>
                </w:rPr>
                <w:id w:val="1947261440"/>
                <w:placeholder>
                  <w:docPart w:val="DefaultPlaceholder_-1854013440"/>
                </w:placeholder>
                <w:showingPlcHdr/>
              </w:sdtPr>
              <w:sdtContent>
                <w:r w:rsidR="0011493B" w:rsidRPr="0011493B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AF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AD3D6D" w14:textId="05F28AEE" w:rsidR="0048376E" w:rsidRPr="0011493B" w:rsidRDefault="00000000">
            <w:pPr>
              <w:spacing w:after="40"/>
              <w:rPr>
                <w:rFonts w:hint="eastAsia"/>
                <w:lang w:val="pl-PL"/>
              </w:rPr>
            </w:pPr>
            <w:r w:rsidRPr="0011493B">
              <w:rPr>
                <w:b/>
                <w:sz w:val="17"/>
                <w:lang w:val="pl-PL"/>
              </w:rPr>
              <w:t>Nazwisko</w:t>
            </w:r>
            <w:r w:rsidRPr="0011493B">
              <w:rPr>
                <w:b/>
                <w:sz w:val="17"/>
                <w:lang w:val="pl-PL"/>
              </w:rPr>
              <w:br/>
            </w:r>
            <w:sdt>
              <w:sdtPr>
                <w:rPr>
                  <w:rFonts w:hint="eastAsia"/>
                </w:rPr>
                <w:id w:val="-2071951085"/>
                <w:placeholder>
                  <w:docPart w:val="DefaultPlaceholder_-1854013440"/>
                </w:placeholder>
                <w:showingPlcHdr/>
              </w:sdtPr>
              <w:sdtContent>
                <w:r w:rsidR="0011493B" w:rsidRPr="0011493B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</w:p>
        </w:tc>
      </w:tr>
      <w:tr w:rsidR="0048376E" w:rsidRPr="0011493B" w14:paraId="3F0D2A7D" w14:textId="77777777">
        <w:trPr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AF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C7DAF4" w14:textId="3D6F4F75" w:rsidR="0048376E" w:rsidRPr="0011493B" w:rsidRDefault="00000000">
            <w:pPr>
              <w:spacing w:after="40"/>
              <w:rPr>
                <w:rFonts w:hint="eastAsia"/>
                <w:lang w:val="pl-PL"/>
              </w:rPr>
            </w:pPr>
            <w:r w:rsidRPr="0011493B">
              <w:rPr>
                <w:b/>
                <w:sz w:val="17"/>
                <w:lang w:val="pl-PL"/>
              </w:rPr>
              <w:t>Telefon</w:t>
            </w:r>
            <w:r w:rsidRPr="0011493B">
              <w:rPr>
                <w:b/>
                <w:sz w:val="17"/>
                <w:lang w:val="pl-PL"/>
              </w:rPr>
              <w:br/>
            </w:r>
            <w:sdt>
              <w:sdtPr>
                <w:rPr>
                  <w:rFonts w:hint="eastAsia"/>
                </w:rPr>
                <w:id w:val="348372854"/>
                <w:placeholder>
                  <w:docPart w:val="DefaultPlaceholder_-1854013440"/>
                </w:placeholder>
                <w:showingPlcHdr/>
              </w:sdtPr>
              <w:sdtContent>
                <w:r w:rsidR="0011493B" w:rsidRPr="0011493B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AF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278B06" w14:textId="50330395" w:rsidR="0048376E" w:rsidRPr="0011493B" w:rsidRDefault="00000000">
            <w:pPr>
              <w:spacing w:after="40"/>
              <w:rPr>
                <w:rFonts w:hint="eastAsia"/>
                <w:lang w:val="pl-PL"/>
              </w:rPr>
            </w:pPr>
            <w:r w:rsidRPr="0011493B">
              <w:rPr>
                <w:b/>
                <w:sz w:val="17"/>
                <w:lang w:val="pl-PL"/>
              </w:rPr>
              <w:t>Adres e-mail</w:t>
            </w:r>
            <w:r w:rsidRPr="0011493B">
              <w:rPr>
                <w:b/>
                <w:sz w:val="17"/>
                <w:lang w:val="pl-PL"/>
              </w:rPr>
              <w:br/>
            </w:r>
            <w:sdt>
              <w:sdtPr>
                <w:rPr>
                  <w:rFonts w:hint="eastAsia"/>
                </w:rPr>
                <w:id w:val="610092563"/>
                <w:placeholder>
                  <w:docPart w:val="DefaultPlaceholder_-1854013440"/>
                </w:placeholder>
                <w:showingPlcHdr/>
              </w:sdtPr>
              <w:sdtContent>
                <w:r w:rsidR="0011493B" w:rsidRPr="0011493B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</w:p>
        </w:tc>
      </w:tr>
      <w:tr w:rsidR="0048376E" w:rsidRPr="0011493B" w14:paraId="101C8738" w14:textId="77777777">
        <w:trPr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AF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723D7EC" w14:textId="31AB4187" w:rsidR="0048376E" w:rsidRPr="0011493B" w:rsidRDefault="00000000">
            <w:pPr>
              <w:spacing w:after="40"/>
              <w:rPr>
                <w:rFonts w:hint="eastAsia"/>
                <w:lang w:val="pl-PL"/>
              </w:rPr>
            </w:pPr>
            <w:r w:rsidRPr="0011493B">
              <w:rPr>
                <w:b/>
                <w:sz w:val="17"/>
                <w:lang w:val="pl-PL"/>
              </w:rPr>
              <w:t>Aktualny wiek (ukończone lata)</w:t>
            </w:r>
            <w:r w:rsidRPr="0011493B">
              <w:rPr>
                <w:b/>
                <w:sz w:val="17"/>
                <w:lang w:val="pl-PL"/>
              </w:rPr>
              <w:br/>
            </w:r>
            <w:sdt>
              <w:sdtPr>
                <w:rPr>
                  <w:rFonts w:hint="eastAsia"/>
                </w:rPr>
                <w:id w:val="-1462097783"/>
                <w:placeholder>
                  <w:docPart w:val="DefaultPlaceholder_-1854013440"/>
                </w:placeholder>
                <w:showingPlcHdr/>
              </w:sdtPr>
              <w:sdtContent>
                <w:r w:rsidR="0011493B" w:rsidRPr="0011493B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AF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1F62C2" w14:textId="3B18F388" w:rsidR="0048376E" w:rsidRPr="0011493B" w:rsidRDefault="00000000">
            <w:pPr>
              <w:spacing w:after="40"/>
              <w:rPr>
                <w:rFonts w:hint="eastAsia"/>
                <w:lang w:val="pl-PL"/>
              </w:rPr>
            </w:pPr>
            <w:r w:rsidRPr="0011493B">
              <w:rPr>
                <w:b/>
                <w:sz w:val="17"/>
                <w:lang w:val="pl-PL"/>
              </w:rPr>
              <w:t>Wykształcenie</w:t>
            </w:r>
            <w:r w:rsidRPr="0011493B">
              <w:rPr>
                <w:b/>
                <w:sz w:val="17"/>
                <w:lang w:val="pl-PL"/>
              </w:rPr>
              <w:br/>
            </w:r>
            <w:sdt>
              <w:sdtPr>
                <w:rPr>
                  <w:rFonts w:hint="eastAsia"/>
                </w:rPr>
                <w:id w:val="761491659"/>
                <w:placeholder>
                  <w:docPart w:val="DefaultPlaceholder_-1854013440"/>
                </w:placeholder>
                <w:showingPlcHdr/>
              </w:sdtPr>
              <w:sdtContent>
                <w:r w:rsidR="0011493B" w:rsidRPr="0011493B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</w:p>
        </w:tc>
      </w:tr>
      <w:tr w:rsidR="0048376E" w:rsidRPr="0011493B" w14:paraId="1801E59E" w14:textId="77777777">
        <w:trPr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AF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17C218C" w14:textId="73F8E3C3" w:rsidR="0048376E" w:rsidRPr="0011493B" w:rsidRDefault="00000000">
            <w:pPr>
              <w:spacing w:after="40"/>
              <w:rPr>
                <w:rFonts w:hint="eastAsia"/>
                <w:lang w:val="pl-PL"/>
              </w:rPr>
            </w:pPr>
            <w:r w:rsidRPr="0011493B">
              <w:rPr>
                <w:b/>
                <w:sz w:val="17"/>
                <w:lang w:val="pl-PL"/>
              </w:rPr>
              <w:t>Kierunek studiów</w:t>
            </w:r>
            <w:r w:rsidRPr="0011493B">
              <w:rPr>
                <w:b/>
                <w:sz w:val="17"/>
                <w:lang w:val="pl-PL"/>
              </w:rPr>
              <w:br/>
            </w:r>
            <w:sdt>
              <w:sdtPr>
                <w:rPr>
                  <w:rFonts w:hint="eastAsia"/>
                </w:rPr>
                <w:id w:val="-9603646"/>
                <w:placeholder>
                  <w:docPart w:val="DefaultPlaceholder_-1854013440"/>
                </w:placeholder>
                <w:showingPlcHdr/>
              </w:sdtPr>
              <w:sdtContent>
                <w:r w:rsidR="0011493B" w:rsidRPr="0011493B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AF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1FC62A" w14:textId="407E8A34" w:rsidR="0048376E" w:rsidRPr="0011493B" w:rsidRDefault="00000000">
            <w:pPr>
              <w:spacing w:after="40"/>
              <w:rPr>
                <w:rFonts w:hint="eastAsia"/>
                <w:lang w:val="pl-PL"/>
              </w:rPr>
            </w:pPr>
            <w:r w:rsidRPr="0011493B">
              <w:rPr>
                <w:b/>
                <w:sz w:val="17"/>
                <w:lang w:val="pl-PL"/>
              </w:rPr>
              <w:t>Uczelnia lub inna placówka</w:t>
            </w:r>
            <w:r w:rsidRPr="0011493B">
              <w:rPr>
                <w:b/>
                <w:sz w:val="17"/>
                <w:lang w:val="pl-PL"/>
              </w:rPr>
              <w:br/>
            </w:r>
            <w:sdt>
              <w:sdtPr>
                <w:rPr>
                  <w:rFonts w:hint="eastAsia"/>
                </w:rPr>
                <w:id w:val="-269247438"/>
                <w:placeholder>
                  <w:docPart w:val="DefaultPlaceholder_-1854013440"/>
                </w:placeholder>
                <w:showingPlcHdr/>
              </w:sdtPr>
              <w:sdtContent>
                <w:r w:rsidR="0011493B" w:rsidRPr="0011493B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</w:p>
        </w:tc>
      </w:tr>
      <w:tr w:rsidR="0048376E" w:rsidRPr="0011493B" w14:paraId="083E704F" w14:textId="77777777">
        <w:trPr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AF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BD2A642" w14:textId="18C8D620" w:rsidR="0048376E" w:rsidRPr="0011493B" w:rsidRDefault="00000000">
            <w:pPr>
              <w:spacing w:after="40"/>
              <w:rPr>
                <w:rFonts w:hint="eastAsia"/>
                <w:lang w:val="pl-PL"/>
              </w:rPr>
            </w:pPr>
            <w:r w:rsidRPr="0011493B">
              <w:rPr>
                <w:b/>
                <w:sz w:val="17"/>
                <w:lang w:val="pl-PL"/>
              </w:rPr>
              <w:t>Rok ukończenia studiów, jeśli dotyczy</w:t>
            </w:r>
            <w:r w:rsidRPr="0011493B">
              <w:rPr>
                <w:b/>
                <w:sz w:val="17"/>
                <w:lang w:val="pl-PL"/>
              </w:rPr>
              <w:br/>
            </w:r>
            <w:sdt>
              <w:sdtPr>
                <w:rPr>
                  <w:rFonts w:hint="eastAsia"/>
                  <w:lang w:val="pl-PL"/>
                </w:rPr>
                <w:id w:val="-631252201"/>
                <w:placeholder>
                  <w:docPart w:val="DefaultPlaceholder_-1854013440"/>
                </w:placeholder>
                <w:showingPlcHdr/>
              </w:sdtPr>
              <w:sdtContent>
                <w:r w:rsidR="0011493B" w:rsidRPr="0011493B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AF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B4103DF" w14:textId="6700B614" w:rsidR="0048376E" w:rsidRPr="0011493B" w:rsidRDefault="00000000">
            <w:pPr>
              <w:spacing w:after="40"/>
              <w:rPr>
                <w:rFonts w:hint="eastAsia"/>
                <w:lang w:val="pl-PL"/>
              </w:rPr>
            </w:pPr>
            <w:r w:rsidRPr="0011493B">
              <w:rPr>
                <w:b/>
                <w:sz w:val="17"/>
                <w:lang w:val="pl-PL"/>
              </w:rPr>
              <w:t>Status: absolwent / osoba studiująca / inne</w:t>
            </w:r>
            <w:r w:rsidRPr="0011493B">
              <w:rPr>
                <w:b/>
                <w:sz w:val="17"/>
                <w:lang w:val="pl-PL"/>
              </w:rPr>
              <w:br/>
            </w:r>
            <w:sdt>
              <w:sdtPr>
                <w:rPr>
                  <w:rFonts w:hint="eastAsia"/>
                  <w:lang w:val="pl-PL"/>
                </w:rPr>
                <w:id w:val="-1729140785"/>
                <w:placeholder>
                  <w:docPart w:val="DefaultPlaceholder_-1854013440"/>
                </w:placeholder>
                <w:showingPlcHdr/>
              </w:sdtPr>
              <w:sdtContent>
                <w:r w:rsidR="0011493B" w:rsidRPr="0011493B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</w:p>
        </w:tc>
      </w:tr>
    </w:tbl>
    <w:p w14:paraId="5E67488F" w14:textId="77777777" w:rsidR="0048376E" w:rsidRPr="0011493B" w:rsidRDefault="0048376E">
      <w:pPr>
        <w:spacing w:after="0"/>
        <w:rPr>
          <w:rFonts w:hint="eastAsia"/>
          <w:lang w:val="pl-PL"/>
        </w:rPr>
      </w:pPr>
    </w:p>
    <w:p w14:paraId="3B578931" w14:textId="77777777" w:rsidR="0048376E" w:rsidRPr="0011493B" w:rsidRDefault="00000000">
      <w:pPr>
        <w:pStyle w:val="Nagwek1"/>
        <w:rPr>
          <w:sz w:val="28"/>
          <w:lang w:val="pl-PL"/>
        </w:rPr>
      </w:pPr>
      <w:r w:rsidRPr="0011493B">
        <w:rPr>
          <w:sz w:val="28"/>
          <w:lang w:val="pl-PL"/>
        </w:rPr>
        <w:t>2. Podstawa ubiegania się o udział</w:t>
      </w:r>
    </w:p>
    <w:p w14:paraId="2836DE37" w14:textId="77777777" w:rsidR="0048376E" w:rsidRPr="0011493B" w:rsidRDefault="00000000">
      <w:pPr>
        <w:rPr>
          <w:rFonts w:hint="eastAsia"/>
          <w:lang w:val="pl-PL"/>
        </w:rPr>
      </w:pPr>
      <w:r w:rsidRPr="0011493B">
        <w:rPr>
          <w:lang w:val="pl-PL"/>
        </w:rPr>
        <w:t>Zaznacz właściwą podstawę. Wiek jest ustalany na dzień złożenia wniosku.</w:t>
      </w:r>
    </w:p>
    <w:p w14:paraId="5BF7AD69" w14:textId="359AAC19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-237163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Jestem absolwentem/absolwentką kierunku pomocowego; mam ukończone 23 lata i nie ukończyłem/am 30 lat.</w:t>
      </w:r>
    </w:p>
    <w:p w14:paraId="47C46F48" w14:textId="6A76F2E6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217172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Mam od 23 do 26 lat i ubiegam się o udział niezależnie od kierunku studiów lub planowanej branży.</w:t>
      </w:r>
    </w:p>
    <w:p w14:paraId="05D51443" w14:textId="77777777" w:rsidR="0011493B" w:rsidRPr="0011493B" w:rsidRDefault="00000000">
      <w:pPr>
        <w:spacing w:after="20"/>
        <w:rPr>
          <w:b/>
          <w:bCs/>
          <w:sz w:val="24"/>
          <w:szCs w:val="24"/>
          <w:lang w:val="pl-PL"/>
        </w:rPr>
      </w:pPr>
      <w:r w:rsidRPr="0011493B">
        <w:rPr>
          <w:b/>
          <w:bCs/>
          <w:sz w:val="24"/>
          <w:szCs w:val="24"/>
          <w:lang w:val="pl-PL"/>
        </w:rPr>
        <w:t xml:space="preserve">Planowany zawód lub branża: </w:t>
      </w:r>
    </w:p>
    <w:p w14:paraId="55EE0AB3" w14:textId="63D53813" w:rsidR="0048376E" w:rsidRPr="0011493B" w:rsidRDefault="0011493B">
      <w:pPr>
        <w:spacing w:after="20"/>
        <w:rPr>
          <w:rFonts w:hint="eastAsia"/>
          <w:lang w:val="pl-PL"/>
        </w:rPr>
      </w:pPr>
      <w:sdt>
        <w:sdtPr>
          <w:rPr>
            <w:lang w:val="pl-PL"/>
          </w:rPr>
          <w:id w:val="1700583116"/>
          <w:placeholder>
            <w:docPart w:val="DefaultPlaceholder_-1854013440"/>
          </w:placeholder>
          <w:showingPlcHdr/>
        </w:sdtPr>
        <w:sdtContent>
          <w:r w:rsidRPr="0011493B">
            <w:rPr>
              <w:rStyle w:val="Tekstzastpczy"/>
              <w:lang w:val="pl-PL"/>
            </w:rPr>
            <w:t>Kliknij lub naciśnij tutaj, aby wprowadzić tekst.</w:t>
          </w:r>
        </w:sdtContent>
      </w:sdt>
    </w:p>
    <w:p w14:paraId="281D644C" w14:textId="72A02D05" w:rsidR="0048376E" w:rsidRPr="0011493B" w:rsidRDefault="00000000">
      <w:pPr>
        <w:spacing w:after="0"/>
        <w:rPr>
          <w:b/>
          <w:bCs/>
          <w:sz w:val="24"/>
          <w:szCs w:val="24"/>
          <w:lang w:val="pl-PL"/>
        </w:rPr>
      </w:pPr>
      <w:r w:rsidRPr="0011493B">
        <w:rPr>
          <w:b/>
          <w:bCs/>
          <w:sz w:val="24"/>
          <w:szCs w:val="24"/>
          <w:lang w:val="pl-PL"/>
        </w:rPr>
        <w:t xml:space="preserve">Krótki opis obecnej sytuacji zawodowej: </w:t>
      </w:r>
    </w:p>
    <w:sdt>
      <w:sdtPr>
        <w:rPr>
          <w:rFonts w:hint="eastAsia"/>
          <w:lang w:val="pl-PL"/>
        </w:rPr>
        <w:id w:val="145863639"/>
        <w:placeholder>
          <w:docPart w:val="DefaultPlaceholder_-1854013440"/>
        </w:placeholder>
        <w:showingPlcHdr/>
        <w:text/>
      </w:sdtPr>
      <w:sdtContent>
        <w:p w14:paraId="4A77E9F2" w14:textId="5DB89AE1" w:rsidR="0011493B" w:rsidRPr="0011493B" w:rsidRDefault="0011493B">
          <w:pPr>
            <w:spacing w:after="0"/>
            <w:rPr>
              <w:rFonts w:hint="eastAsia"/>
              <w:lang w:val="pl-PL"/>
            </w:rPr>
          </w:pPr>
          <w:r w:rsidRPr="0011493B">
            <w:rPr>
              <w:rStyle w:val="Tekstzastpczy"/>
              <w:lang w:val="pl-PL"/>
            </w:rPr>
            <w:t>Kliknij lub naciśnij tutaj, aby wprowadzić tekst.</w:t>
          </w:r>
        </w:p>
      </w:sdtContent>
    </w:sdt>
    <w:p w14:paraId="0A9D8756" w14:textId="77777777" w:rsidR="0048376E" w:rsidRPr="0011493B" w:rsidRDefault="00000000">
      <w:pPr>
        <w:rPr>
          <w:rFonts w:hint="eastAsia"/>
          <w:lang w:val="pl-PL"/>
        </w:rPr>
      </w:pPr>
      <w:r w:rsidRPr="0011493B">
        <w:rPr>
          <w:lang w:val="pl-PL"/>
        </w:rPr>
        <w:br w:type="page"/>
      </w:r>
    </w:p>
    <w:p w14:paraId="585DABE8" w14:textId="77777777" w:rsidR="0048376E" w:rsidRPr="0011493B" w:rsidRDefault="00000000">
      <w:pPr>
        <w:pStyle w:val="Nagwek1"/>
        <w:rPr>
          <w:sz w:val="28"/>
          <w:lang w:val="pl-PL"/>
        </w:rPr>
      </w:pPr>
      <w:r w:rsidRPr="0011493B">
        <w:rPr>
          <w:sz w:val="28"/>
          <w:lang w:val="pl-PL"/>
        </w:rPr>
        <w:lastRenderedPageBreak/>
        <w:t>3. Oczekiwane formy wsparcia</w:t>
      </w:r>
    </w:p>
    <w:p w14:paraId="1C98CFEE" w14:textId="77777777" w:rsidR="0048376E" w:rsidRPr="0011493B" w:rsidRDefault="00000000">
      <w:pPr>
        <w:spacing w:after="140"/>
        <w:rPr>
          <w:rFonts w:hint="eastAsia"/>
          <w:lang w:val="pl-PL"/>
        </w:rPr>
      </w:pPr>
      <w:r w:rsidRPr="0011493B">
        <w:rPr>
          <w:lang w:val="pl-PL"/>
        </w:rPr>
        <w:t>Zaznacz potrzebne formy. Przyjęcie do Programu nie oznacza przyznania wszystkich świadczeń; zakres jest ustalany indywidualnie.</w:t>
      </w:r>
    </w:p>
    <w:p w14:paraId="2D6D9F79" w14:textId="7915898B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73644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</w:t>
      </w:r>
      <w:proofErr w:type="spellStart"/>
      <w:r w:rsidR="00000000" w:rsidRPr="0011493B">
        <w:rPr>
          <w:sz w:val="18"/>
          <w:lang w:val="pl-PL"/>
        </w:rPr>
        <w:t>Superwizja</w:t>
      </w:r>
      <w:proofErr w:type="spellEnd"/>
      <w:r w:rsidR="00000000" w:rsidRPr="0011493B">
        <w:rPr>
          <w:sz w:val="18"/>
          <w:lang w:val="pl-PL"/>
        </w:rPr>
        <w:t xml:space="preserve"> zawodowa - 20 godzin, dla psychologów, pedagogów i prawników</w:t>
      </w:r>
    </w:p>
    <w:p w14:paraId="618BBFC5" w14:textId="40C27C83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1158889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Wsparcie mentoringowe - 20 godzin</w:t>
      </w:r>
    </w:p>
    <w:p w14:paraId="4948C81A" w14:textId="1CBA7812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-1369675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Konsultacje dotyczące odbiorców usług, komunikacji i obecności zawodowej - 20 godzin</w:t>
      </w:r>
    </w:p>
    <w:p w14:paraId="083157A1" w14:textId="5430CFD6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-923341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Pomoc w przygotowaniu biznesplanu - 15 godzin</w:t>
      </w:r>
    </w:p>
    <w:p w14:paraId="67FB6838" w14:textId="22C4B91C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1183867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Wsparcie prawne związane z aktywnością zawodową lub gospodarczą - 15 godzin</w:t>
      </w:r>
    </w:p>
    <w:p w14:paraId="32DA170B" w14:textId="7478DEE7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-1927867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Pomoc w przygotowaniu wniosków o środki i dokumentacji - 15 godzin</w:t>
      </w:r>
    </w:p>
    <w:p w14:paraId="73B2CDA5" w14:textId="35FE0EC5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749776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Przygotowanie pełnowymiarowej strony internetowej na warunkach preferencyjnych</w:t>
      </w:r>
    </w:p>
    <w:p w14:paraId="2D882C2D" w14:textId="114359C4" w:rsidR="0048376E" w:rsidRPr="0011493B" w:rsidRDefault="00000000" w:rsidP="0011493B">
      <w:pPr>
        <w:jc w:val="both"/>
        <w:rPr>
          <w:rFonts w:hint="eastAsia"/>
          <w:lang w:val="pl-PL"/>
        </w:rPr>
      </w:pPr>
      <w:r w:rsidRPr="0011493B">
        <w:rPr>
          <w:lang w:val="pl-PL"/>
        </w:rPr>
        <w:t xml:space="preserve">Strona internetowa jest świadczeniem odpłatnym: 375 zł brutto w 2026 r. (70% zniżki), 500 zł brutto w 2027 r. Zakres, termin oraz </w:t>
      </w:r>
      <w:r w:rsidR="0011493B">
        <w:rPr>
          <w:lang w:val="pl-PL"/>
        </w:rPr>
        <w:t xml:space="preserve">odrębne i </w:t>
      </w:r>
      <w:r w:rsidRPr="0011493B">
        <w:rPr>
          <w:lang w:val="pl-PL"/>
        </w:rPr>
        <w:t xml:space="preserve">ewentualne koszty domeny, hostingu </w:t>
      </w:r>
      <w:r w:rsidR="0011493B">
        <w:rPr>
          <w:lang w:val="pl-PL"/>
        </w:rPr>
        <w:t>oraz</w:t>
      </w:r>
      <w:r w:rsidRPr="0011493B">
        <w:rPr>
          <w:lang w:val="pl-PL"/>
        </w:rPr>
        <w:t xml:space="preserve"> utrzymania wymagają odrębnego uzgodnienia.</w:t>
      </w:r>
    </w:p>
    <w:p w14:paraId="5C13904A" w14:textId="77777777" w:rsidR="0048376E" w:rsidRPr="0011493B" w:rsidRDefault="00000000">
      <w:pPr>
        <w:pStyle w:val="Nagwek1"/>
        <w:rPr>
          <w:sz w:val="28"/>
          <w:lang w:val="pl-PL"/>
        </w:rPr>
      </w:pPr>
      <w:r w:rsidRPr="0011493B">
        <w:rPr>
          <w:sz w:val="28"/>
          <w:lang w:val="pl-PL"/>
        </w:rPr>
        <w:t>4. Uzasadnienie udziału</w:t>
      </w:r>
    </w:p>
    <w:p w14:paraId="75934DD5" w14:textId="77777777" w:rsidR="0048376E" w:rsidRDefault="00000000" w:rsidP="0011493B">
      <w:pPr>
        <w:spacing w:after="40"/>
        <w:jc w:val="both"/>
        <w:rPr>
          <w:lang w:val="pl-PL"/>
        </w:rPr>
      </w:pPr>
      <w:r w:rsidRPr="0011493B">
        <w:rPr>
          <w:lang w:val="pl-PL"/>
        </w:rPr>
        <w:t>Opisz potrzeby i trudności na początku drogi zawodowej oraz wyjaśnij, dlaczego chcesz skorzystać z Programu.</w:t>
      </w:r>
    </w:p>
    <w:sdt>
      <w:sdtPr>
        <w:rPr>
          <w:rFonts w:hint="eastAsia"/>
          <w:lang w:val="pl-PL"/>
        </w:rPr>
        <w:id w:val="744218119"/>
        <w:placeholder>
          <w:docPart w:val="DefaultPlaceholder_-1854013440"/>
        </w:placeholder>
        <w:showingPlcHdr/>
        <w:text/>
      </w:sdtPr>
      <w:sdtContent>
        <w:p w14:paraId="745991D9" w14:textId="065E8BDA" w:rsidR="0011493B" w:rsidRPr="0011493B" w:rsidRDefault="0011493B" w:rsidP="0011493B">
          <w:pPr>
            <w:spacing w:after="40"/>
            <w:jc w:val="both"/>
            <w:rPr>
              <w:rFonts w:hint="eastAsia"/>
              <w:lang w:val="pl-PL"/>
            </w:rPr>
          </w:pPr>
          <w:r w:rsidRPr="0011493B">
            <w:rPr>
              <w:rStyle w:val="Tekstzastpczy"/>
              <w:lang w:val="pl-PL"/>
            </w:rPr>
            <w:t>Kliknij lub naciśnij tutaj, aby wprowadzić tekst.</w:t>
          </w:r>
        </w:p>
      </w:sdtContent>
    </w:sdt>
    <w:p w14:paraId="5E172993" w14:textId="77777777" w:rsidR="0048376E" w:rsidRPr="0011493B" w:rsidRDefault="00000000">
      <w:pPr>
        <w:pStyle w:val="Nagwek1"/>
        <w:rPr>
          <w:sz w:val="28"/>
          <w:lang w:val="pl-PL"/>
        </w:rPr>
      </w:pPr>
      <w:r w:rsidRPr="0011493B">
        <w:rPr>
          <w:sz w:val="28"/>
          <w:lang w:val="pl-PL"/>
        </w:rPr>
        <w:t>5. Plan wykorzystania wsparcia</w:t>
      </w:r>
    </w:p>
    <w:p w14:paraId="39A2CAAA" w14:textId="77777777" w:rsidR="0048376E" w:rsidRDefault="00000000">
      <w:pPr>
        <w:spacing w:after="40"/>
        <w:rPr>
          <w:lang w:val="pl-PL"/>
        </w:rPr>
      </w:pPr>
      <w:r w:rsidRPr="0011493B">
        <w:rPr>
          <w:lang w:val="pl-PL"/>
        </w:rPr>
        <w:t>Wskaż konkretne działania i rezultaty, do których wykorzystasz wybrane formy pomocy.</w:t>
      </w:r>
    </w:p>
    <w:sdt>
      <w:sdtPr>
        <w:rPr>
          <w:rFonts w:hint="eastAsia"/>
          <w:lang w:val="pl-PL"/>
        </w:rPr>
        <w:id w:val="-465128664"/>
        <w:placeholder>
          <w:docPart w:val="DefaultPlaceholder_-1854013440"/>
        </w:placeholder>
        <w:showingPlcHdr/>
        <w:text/>
      </w:sdtPr>
      <w:sdtContent>
        <w:p w14:paraId="7DEF6815" w14:textId="30924FC2" w:rsidR="0011493B" w:rsidRPr="0011493B" w:rsidRDefault="0011493B">
          <w:pPr>
            <w:spacing w:after="40"/>
            <w:rPr>
              <w:rFonts w:hint="eastAsia"/>
              <w:lang w:val="pl-PL"/>
            </w:rPr>
          </w:pPr>
          <w:r w:rsidRPr="0011493B">
            <w:rPr>
              <w:rStyle w:val="Tekstzastpczy"/>
              <w:lang w:val="pl-PL"/>
            </w:rPr>
            <w:t>Kliknij lub naciśnij tutaj, aby wprowadzić tekst.</w:t>
          </w:r>
        </w:p>
      </w:sdtContent>
    </w:sdt>
    <w:p w14:paraId="3D201100" w14:textId="77777777" w:rsidR="0048376E" w:rsidRPr="0011493B" w:rsidRDefault="00000000">
      <w:pPr>
        <w:pStyle w:val="Nagwek1"/>
        <w:rPr>
          <w:sz w:val="28"/>
          <w:lang w:val="pl-PL"/>
        </w:rPr>
      </w:pPr>
      <w:r w:rsidRPr="0011493B">
        <w:rPr>
          <w:sz w:val="28"/>
          <w:lang w:val="pl-PL"/>
        </w:rPr>
        <w:t>6. Przydatność wsparcia dla zawodu lub branży</w:t>
      </w:r>
    </w:p>
    <w:p w14:paraId="1238F7A2" w14:textId="77777777" w:rsidR="0048376E" w:rsidRDefault="00000000">
      <w:pPr>
        <w:spacing w:after="40"/>
        <w:rPr>
          <w:lang w:val="pl-PL"/>
        </w:rPr>
      </w:pPr>
      <w:r w:rsidRPr="0011493B">
        <w:rPr>
          <w:lang w:val="pl-PL"/>
        </w:rPr>
        <w:t>Wypełnij szczególnie wtedy, gdy ubiegasz się o udział poza kierunkami pomocowymi.</w:t>
      </w:r>
    </w:p>
    <w:sdt>
      <w:sdtPr>
        <w:rPr>
          <w:rFonts w:hint="eastAsia"/>
          <w:lang w:val="pl-PL"/>
        </w:rPr>
        <w:id w:val="-191925936"/>
        <w:placeholder>
          <w:docPart w:val="DefaultPlaceholder_-1854013440"/>
        </w:placeholder>
        <w:showingPlcHdr/>
        <w:text/>
      </w:sdtPr>
      <w:sdtContent>
        <w:p w14:paraId="5BA767D8" w14:textId="29C29562" w:rsidR="0011493B" w:rsidRPr="0011493B" w:rsidRDefault="0011493B">
          <w:pPr>
            <w:spacing w:after="40"/>
            <w:rPr>
              <w:rFonts w:hint="eastAsia"/>
              <w:lang w:val="pl-PL"/>
            </w:rPr>
          </w:pPr>
          <w:r w:rsidRPr="0011493B">
            <w:rPr>
              <w:rStyle w:val="Tekstzastpczy"/>
              <w:lang w:val="pl-PL"/>
            </w:rPr>
            <w:t>Kliknij lub naciśnij tutaj, aby wprowadzić tekst.</w:t>
          </w:r>
        </w:p>
      </w:sdtContent>
    </w:sdt>
    <w:p w14:paraId="113203E4" w14:textId="77777777" w:rsidR="0048376E" w:rsidRPr="0011493B" w:rsidRDefault="00000000">
      <w:pPr>
        <w:rPr>
          <w:rFonts w:hint="eastAsia"/>
          <w:lang w:val="pl-PL"/>
        </w:rPr>
      </w:pPr>
      <w:r w:rsidRPr="0011493B">
        <w:rPr>
          <w:lang w:val="pl-PL"/>
        </w:rPr>
        <w:br w:type="page"/>
      </w:r>
    </w:p>
    <w:p w14:paraId="46CBF6CD" w14:textId="77777777" w:rsidR="0048376E" w:rsidRPr="0011493B" w:rsidRDefault="00000000">
      <w:pPr>
        <w:pStyle w:val="Nagwek1"/>
        <w:rPr>
          <w:sz w:val="28"/>
          <w:lang w:val="pl-PL"/>
        </w:rPr>
      </w:pPr>
      <w:r w:rsidRPr="0011493B">
        <w:rPr>
          <w:sz w:val="28"/>
          <w:lang w:val="pl-PL"/>
        </w:rPr>
        <w:lastRenderedPageBreak/>
        <w:t>7. Okoliczności uwzględniane w punktacji</w:t>
      </w:r>
    </w:p>
    <w:p w14:paraId="19C8006D" w14:textId="4A1661B9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1426382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Odbyłem/am praktyki studenckie w Centrum Edukacji i Współpracy ze Szkolnictwem Wyższym Pro Civium w latach 2023-2026.</w:t>
      </w:r>
    </w:p>
    <w:p w14:paraId="28C502EE" w14:textId="2ABF59E4" w:rsidR="0048376E" w:rsidRPr="0011493B" w:rsidRDefault="00000000">
      <w:pPr>
        <w:spacing w:after="140"/>
        <w:rPr>
          <w:rFonts w:hint="eastAsia"/>
          <w:lang w:val="pl-PL"/>
        </w:rPr>
      </w:pPr>
      <w:r w:rsidRPr="0011493B">
        <w:rPr>
          <w:lang w:val="pl-PL"/>
        </w:rPr>
        <w:t xml:space="preserve">Okres praktyk: </w:t>
      </w:r>
      <w:sdt>
        <w:sdtPr>
          <w:rPr>
            <w:lang w:val="pl-PL"/>
          </w:rPr>
          <w:id w:val="-367143463"/>
          <w:placeholder>
            <w:docPart w:val="DefaultPlaceholder_-1854013440"/>
          </w:placeholder>
          <w:showingPlcHdr/>
          <w:text/>
        </w:sdtPr>
        <w:sdtContent>
          <w:r w:rsidR="0011493B" w:rsidRPr="0011493B">
            <w:rPr>
              <w:rStyle w:val="Tekstzastpczy"/>
              <w:lang w:val="pl-PL"/>
            </w:rPr>
            <w:t>Kliknij lub naciśnij tutaj, aby wprowadzić tekst.</w:t>
          </w:r>
        </w:sdtContent>
      </w:sdt>
    </w:p>
    <w:p w14:paraId="290E3A2E" w14:textId="6DAEF78E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-191145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Prowadziłem/am udokumentowaną działalność non profit w latach 2020-2025.</w:t>
      </w:r>
    </w:p>
    <w:p w14:paraId="21DAC8C2" w14:textId="77777777" w:rsidR="0048376E" w:rsidRDefault="00000000">
      <w:pPr>
        <w:spacing w:after="20"/>
        <w:rPr>
          <w:lang w:val="pl-PL"/>
        </w:rPr>
      </w:pPr>
      <w:r w:rsidRPr="0011493B">
        <w:rPr>
          <w:lang w:val="pl-PL"/>
        </w:rPr>
        <w:t>Organizacja lub inicjatywa, okres, rola i dokument potwierdzający:</w:t>
      </w:r>
    </w:p>
    <w:sdt>
      <w:sdtPr>
        <w:rPr>
          <w:rFonts w:hint="eastAsia"/>
          <w:lang w:val="pl-PL"/>
        </w:rPr>
        <w:id w:val="382685260"/>
        <w:placeholder>
          <w:docPart w:val="DefaultPlaceholder_-1854013440"/>
        </w:placeholder>
        <w:showingPlcHdr/>
        <w:text/>
      </w:sdtPr>
      <w:sdtContent>
        <w:p w14:paraId="1EA20B34" w14:textId="6227EC1B" w:rsidR="0011493B" w:rsidRPr="0011493B" w:rsidRDefault="0011493B">
          <w:pPr>
            <w:spacing w:after="20"/>
            <w:rPr>
              <w:rFonts w:hint="eastAsia"/>
              <w:lang w:val="pl-PL"/>
            </w:rPr>
          </w:pPr>
          <w:r w:rsidRPr="0011493B">
            <w:rPr>
              <w:rStyle w:val="Tekstzastpczy"/>
              <w:lang w:val="pl-PL"/>
            </w:rPr>
            <w:t>Kliknij lub naciśnij tutaj, aby wprowadzić tekst.</w:t>
          </w:r>
        </w:p>
      </w:sdtContent>
    </w:sdt>
    <w:p w14:paraId="09616546" w14:textId="77777777" w:rsidR="0048376E" w:rsidRPr="0011493B" w:rsidRDefault="00000000">
      <w:pPr>
        <w:pStyle w:val="Nagwek1"/>
        <w:rPr>
          <w:sz w:val="28"/>
          <w:lang w:val="pl-PL"/>
        </w:rPr>
      </w:pPr>
      <w:r w:rsidRPr="0011493B">
        <w:rPr>
          <w:sz w:val="28"/>
          <w:lang w:val="pl-PL"/>
        </w:rPr>
        <w:t>8. Załączone dokumenty</w:t>
      </w:r>
    </w:p>
    <w:p w14:paraId="7876E5F3" w14:textId="77777777" w:rsidR="0048376E" w:rsidRPr="0011493B" w:rsidRDefault="00000000">
      <w:pPr>
        <w:rPr>
          <w:rFonts w:hint="eastAsia"/>
          <w:lang w:val="pl-PL"/>
        </w:rPr>
      </w:pPr>
      <w:r w:rsidRPr="0011493B">
        <w:rPr>
          <w:lang w:val="pl-PL"/>
        </w:rPr>
        <w:t>Dołącz dokumenty potwierdzające fakty, na które powołujesz się w celu spełnienia warunków udziału lub uzyskania punktów. Możesz użyć dyplomu, zaświadczenia, porozumienia wolontariackiego, referencji, certyfikatu albo innego wiarygodnego materiału.</w:t>
      </w:r>
    </w:p>
    <w:p w14:paraId="04608BF9" w14:textId="07074538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-776558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Dokument potwierdzający ukończenie kierunku pomocowego, jeżeli na tej podstawie się zgłaszam.</w:t>
      </w:r>
    </w:p>
    <w:p w14:paraId="06E68A21" w14:textId="36F9D802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-141194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Dokument potwierdzający praktyki w Pro Civium, jeżeli się na nie powołuję.</w:t>
      </w:r>
    </w:p>
    <w:p w14:paraId="554DD014" w14:textId="5E0D06A9" w:rsidR="0048376E" w:rsidRPr="0011493B" w:rsidRDefault="0011493B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-2008202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Dokument potwierdzający działalność non profit, jeżeli się na nią powołuję.</w:t>
      </w:r>
    </w:p>
    <w:p w14:paraId="25348308" w14:textId="0FC7E6F3" w:rsidR="0048376E" w:rsidRDefault="00000000">
      <w:pPr>
        <w:spacing w:after="120"/>
        <w:rPr>
          <w:lang w:val="pl-PL"/>
        </w:rPr>
      </w:pPr>
      <w:r w:rsidRPr="0011493B">
        <w:rPr>
          <w:lang w:val="pl-PL"/>
        </w:rPr>
        <w:t>Inne załączniki i liczba stron:</w:t>
      </w:r>
    </w:p>
    <w:sdt>
      <w:sdtPr>
        <w:rPr>
          <w:rFonts w:hint="eastAsia"/>
          <w:lang w:val="pl-PL"/>
        </w:rPr>
        <w:id w:val="1554503555"/>
        <w:placeholder>
          <w:docPart w:val="DefaultPlaceholder_-1854013440"/>
        </w:placeholder>
        <w:showingPlcHdr/>
        <w:text/>
      </w:sdtPr>
      <w:sdtContent>
        <w:p w14:paraId="57D4AB03" w14:textId="0A0A3B5B" w:rsidR="0011493B" w:rsidRPr="0011493B" w:rsidRDefault="0011493B">
          <w:pPr>
            <w:spacing w:after="120"/>
            <w:rPr>
              <w:rFonts w:hint="eastAsia"/>
              <w:lang w:val="pl-PL"/>
            </w:rPr>
          </w:pPr>
          <w:r w:rsidRPr="0011493B">
            <w:rPr>
              <w:rStyle w:val="Tekstzastpczy"/>
              <w:lang w:val="pl-PL"/>
            </w:rPr>
            <w:t>Kliknij lub naciśnij tutaj, aby wprowadzić tekst.</w:t>
          </w:r>
        </w:p>
      </w:sdtContent>
    </w:sdt>
    <w:p w14:paraId="6A9395BB" w14:textId="77777777" w:rsidR="0048376E" w:rsidRPr="0011493B" w:rsidRDefault="00000000">
      <w:pPr>
        <w:pStyle w:val="Nagwek1"/>
        <w:rPr>
          <w:sz w:val="28"/>
          <w:lang w:val="pl-PL"/>
        </w:rPr>
      </w:pPr>
      <w:r w:rsidRPr="0011493B">
        <w:rPr>
          <w:sz w:val="28"/>
          <w:lang w:val="pl-PL"/>
        </w:rPr>
        <w:t>9. Oświadczenia</w:t>
      </w:r>
    </w:p>
    <w:p w14:paraId="3AE4203E" w14:textId="4D17F247" w:rsidR="0048376E" w:rsidRPr="0011493B" w:rsidRDefault="00540893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1944874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Podane przeze mnie informacje są prawdziwe i aktualne, a załączniki potwierdzają wskazane w nich fakty.</w:t>
      </w:r>
    </w:p>
    <w:p w14:paraId="5CB5C749" w14:textId="65ACA9C8" w:rsidR="0048376E" w:rsidRPr="0011493B" w:rsidRDefault="00540893">
      <w:pPr>
        <w:spacing w:after="80"/>
        <w:ind w:left="144"/>
        <w:rPr>
          <w:rFonts w:hint="eastAsia"/>
          <w:lang w:val="pl-PL"/>
        </w:rPr>
      </w:pPr>
      <w:sdt>
        <w:sdtPr>
          <w:rPr>
            <w:sz w:val="18"/>
            <w:lang w:val="pl-PL"/>
          </w:rPr>
          <w:id w:val="-981697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lang w:val="pl-PL"/>
            </w:rPr>
            <w:t>☐</w:t>
          </w:r>
        </w:sdtContent>
      </w:sdt>
      <w:r w:rsidR="00000000" w:rsidRPr="0011493B">
        <w:rPr>
          <w:sz w:val="18"/>
          <w:lang w:val="pl-PL"/>
        </w:rPr>
        <w:t xml:space="preserve">  Zapoznałem/am się z Regulaminem Programu "Drzwi do Kariery" i przyjmuję do wiadomości, że spełnienie warunków formalnych nie gwarantuje przyjęcia ani przyznania wszystkich form wsparcia.</w:t>
      </w:r>
    </w:p>
    <w:p w14:paraId="44AB106A" w14:textId="77777777" w:rsidR="0048376E" w:rsidRPr="0011493B" w:rsidRDefault="00000000">
      <w:pPr>
        <w:spacing w:after="140"/>
        <w:rPr>
          <w:rFonts w:hint="eastAsia"/>
          <w:lang w:val="pl-PL"/>
        </w:rPr>
      </w:pPr>
      <w:r w:rsidRPr="0011493B">
        <w:rPr>
          <w:lang w:val="pl-PL"/>
        </w:rPr>
        <w:t>Informacje o przetwarzaniu danych osobowych Organizator przekazuje w odrębnej klauzuli informacyjnej.</w:t>
      </w:r>
    </w:p>
    <w:p w14:paraId="71A184A0" w14:textId="77777777" w:rsidR="0048376E" w:rsidRPr="00540893" w:rsidRDefault="00000000">
      <w:pPr>
        <w:pStyle w:val="Nagwek1"/>
        <w:rPr>
          <w:sz w:val="28"/>
          <w:lang w:val="pl-PL"/>
        </w:rPr>
      </w:pPr>
      <w:r w:rsidRPr="00540893">
        <w:rPr>
          <w:sz w:val="28"/>
          <w:lang w:val="pl-PL"/>
        </w:rPr>
        <w:t>10. Złożenie wniosku</w:t>
      </w:r>
    </w:p>
    <w:p w14:paraId="5C69F153" w14:textId="77777777" w:rsidR="0048376E" w:rsidRPr="0011493B" w:rsidRDefault="00000000" w:rsidP="00540893">
      <w:pPr>
        <w:spacing w:after="200"/>
        <w:jc w:val="both"/>
        <w:rPr>
          <w:rFonts w:hint="eastAsia"/>
          <w:lang w:val="pl-PL"/>
        </w:rPr>
      </w:pPr>
      <w:r w:rsidRPr="0011493B">
        <w:rPr>
          <w:lang w:val="pl-PL"/>
        </w:rPr>
        <w:t>Podpisany wniosek należy zeskanować i przesłać wraz z wymaganymi załącznikami na adres skowron@stopstygmatyzacji.pl. Jeżeli we wniosku powołujesz się na ukończony kierunek, praktyki lub działalność non profit, dołącz dokument poświadczający dany fakt. Uzasadnienie potrzeb i plan działania przedstaw w polach powyżej.</w:t>
      </w:r>
    </w:p>
    <w:p w14:paraId="02EC25F5" w14:textId="77777777" w:rsidR="00540893" w:rsidRDefault="00540893">
      <w:pPr>
        <w:spacing w:after="220"/>
        <w:rPr>
          <w:lang w:val="pl-PL"/>
        </w:rPr>
      </w:pPr>
    </w:p>
    <w:p w14:paraId="1A865AE7" w14:textId="77777777" w:rsidR="00540893" w:rsidRDefault="00000000">
      <w:pPr>
        <w:spacing w:after="220"/>
        <w:rPr>
          <w:lang w:val="pl-PL"/>
        </w:rPr>
      </w:pPr>
      <w:r w:rsidRPr="0011493B">
        <w:rPr>
          <w:lang w:val="pl-PL"/>
        </w:rPr>
        <w:t xml:space="preserve">Miejscowość: </w:t>
      </w:r>
      <w:sdt>
        <w:sdtPr>
          <w:rPr>
            <w:lang w:val="pl-PL"/>
          </w:rPr>
          <w:id w:val="-1620068190"/>
          <w:placeholder>
            <w:docPart w:val="DefaultPlaceholder_-1854013440"/>
          </w:placeholder>
          <w:showingPlcHdr/>
          <w:text/>
        </w:sdtPr>
        <w:sdtContent>
          <w:r w:rsidR="00540893" w:rsidRPr="00540893">
            <w:rPr>
              <w:rStyle w:val="Tekstzastpczy"/>
              <w:lang w:val="pl-PL"/>
            </w:rPr>
            <w:t>Kliknij lub naciśnij tutaj, aby wprowadzić tekst.</w:t>
          </w:r>
        </w:sdtContent>
      </w:sdt>
      <w:r w:rsidR="00540893">
        <w:rPr>
          <w:lang w:val="pl-PL"/>
        </w:rPr>
        <w:t xml:space="preserve"> </w:t>
      </w:r>
    </w:p>
    <w:p w14:paraId="675BD916" w14:textId="341EBEB1" w:rsidR="0048376E" w:rsidRPr="00540893" w:rsidRDefault="00000000">
      <w:pPr>
        <w:spacing w:after="220"/>
        <w:rPr>
          <w:rFonts w:hint="eastAsia"/>
          <w:lang w:val="pl-PL"/>
        </w:rPr>
      </w:pPr>
      <w:r w:rsidRPr="00540893">
        <w:rPr>
          <w:lang w:val="pl-PL"/>
        </w:rPr>
        <w:t xml:space="preserve">Data: </w:t>
      </w:r>
      <w:sdt>
        <w:sdtPr>
          <w:rPr>
            <w:lang w:val="pl-PL"/>
          </w:rPr>
          <w:id w:val="922918119"/>
          <w:placeholder>
            <w:docPart w:val="DefaultPlaceholder_-1854013440"/>
          </w:placeholder>
          <w:showingPlcHdr/>
          <w:text/>
        </w:sdtPr>
        <w:sdtContent>
          <w:r w:rsidR="00540893" w:rsidRPr="00540893">
            <w:rPr>
              <w:rStyle w:val="Tekstzastpczy"/>
              <w:lang w:val="pl-PL"/>
            </w:rPr>
            <w:t>Kliknij lub naciśnij tutaj, aby wprowadzić tekst.</w:t>
          </w:r>
        </w:sdtContent>
      </w:sdt>
    </w:p>
    <w:p w14:paraId="49A41C53" w14:textId="3B6F4397" w:rsidR="0048376E" w:rsidRDefault="00000000">
      <w:pPr>
        <w:spacing w:after="0"/>
        <w:rPr>
          <w:lang w:val="pl-PL"/>
        </w:rPr>
      </w:pPr>
      <w:r w:rsidRPr="00540893">
        <w:rPr>
          <w:lang w:val="pl-PL"/>
        </w:rPr>
        <w:t>Czytelny podpis kandydata</w:t>
      </w:r>
      <w:r w:rsidR="00540893">
        <w:rPr>
          <w:lang w:val="pl-PL"/>
        </w:rPr>
        <w:t xml:space="preserve"> lub EPUAP</w:t>
      </w:r>
      <w:r w:rsidRPr="00540893">
        <w:rPr>
          <w:lang w:val="pl-PL"/>
        </w:rPr>
        <w:t xml:space="preserve">: </w:t>
      </w:r>
    </w:p>
    <w:p w14:paraId="4B8E5BE3" w14:textId="77777777" w:rsidR="00540893" w:rsidRDefault="00540893">
      <w:pPr>
        <w:spacing w:after="0"/>
        <w:rPr>
          <w:lang w:val="pl-PL"/>
        </w:rPr>
      </w:pPr>
    </w:p>
    <w:p w14:paraId="4357C05E" w14:textId="3456C935" w:rsidR="00540893" w:rsidRPr="00540893" w:rsidRDefault="00540893">
      <w:pPr>
        <w:spacing w:after="0"/>
        <w:rPr>
          <w:rFonts w:hint="eastAsia"/>
          <w:lang w:val="pl-PL"/>
        </w:rPr>
      </w:pPr>
      <w:r>
        <w:rPr>
          <w:lang w:val="pl-PL"/>
        </w:rPr>
        <w:t>_____________________________</w:t>
      </w:r>
    </w:p>
    <w:sectPr w:rsidR="00540893" w:rsidRPr="00540893" w:rsidSect="00034616">
      <w:footerReference w:type="default" r:id="rId10"/>
      <w:pgSz w:w="12240" w:h="15840"/>
      <w:pgMar w:top="1008" w:right="1008" w:bottom="1037" w:left="1008" w:header="374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18ADB" w14:textId="77777777" w:rsidR="00091B46" w:rsidRDefault="00091B4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0CACDB9" w14:textId="77777777" w:rsidR="00091B46" w:rsidRDefault="00091B4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D73F" w14:textId="77777777" w:rsidR="0048376E" w:rsidRPr="0011493B" w:rsidRDefault="00000000">
    <w:pPr>
      <w:pStyle w:val="Stopka"/>
      <w:jc w:val="center"/>
      <w:rPr>
        <w:rFonts w:hint="eastAsia"/>
        <w:lang w:val="pl-PL"/>
      </w:rPr>
    </w:pPr>
    <w:r w:rsidRPr="0011493B">
      <w:rPr>
        <w:color w:val="4A4A4A"/>
        <w:sz w:val="14"/>
        <w:lang w:val="pl-PL"/>
      </w:rPr>
      <w:t>Centrum Edukacji i Współpracy ze Szkolnictwem Wyższym | Centrum Realizacji Zadań Publicznych i Programów Społecznych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7202E" w14:textId="77777777" w:rsidR="00091B46" w:rsidRDefault="00091B4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0E20463" w14:textId="77777777" w:rsidR="00091B46" w:rsidRDefault="00091B4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3789832">
    <w:abstractNumId w:val="8"/>
  </w:num>
  <w:num w:numId="2" w16cid:durableId="2077507968">
    <w:abstractNumId w:val="6"/>
  </w:num>
  <w:num w:numId="3" w16cid:durableId="1146513614">
    <w:abstractNumId w:val="5"/>
  </w:num>
  <w:num w:numId="4" w16cid:durableId="79986006">
    <w:abstractNumId w:val="4"/>
  </w:num>
  <w:num w:numId="5" w16cid:durableId="1174419934">
    <w:abstractNumId w:val="7"/>
  </w:num>
  <w:num w:numId="6" w16cid:durableId="156456433">
    <w:abstractNumId w:val="3"/>
  </w:num>
  <w:num w:numId="7" w16cid:durableId="272903371">
    <w:abstractNumId w:val="2"/>
  </w:num>
  <w:num w:numId="8" w16cid:durableId="2115710687">
    <w:abstractNumId w:val="1"/>
  </w:num>
  <w:num w:numId="9" w16cid:durableId="1694067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B46"/>
    <w:rsid w:val="0011493B"/>
    <w:rsid w:val="0015074B"/>
    <w:rsid w:val="0029639D"/>
    <w:rsid w:val="002E495B"/>
    <w:rsid w:val="00326F90"/>
    <w:rsid w:val="0048376E"/>
    <w:rsid w:val="0054089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5065A"/>
  <w14:defaultImageDpi w14:val="300"/>
  <w15:docId w15:val="{B221905C-109F-4AF5-8066-853D33D9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4" w:lineRule="auto"/>
    </w:pPr>
    <w:rPr>
      <w:rFonts w:ascii="DejaVu Sans" w:hAnsi="DejaVu Sans"/>
      <w:color w:val="141414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000000"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kstzastpczy">
    <w:name w:val="Placeholder Text"/>
    <w:basedOn w:val="Domylnaczcionkaakapitu"/>
    <w:uiPriority w:val="99"/>
    <w:semiHidden/>
    <w:rsid w:val="001149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A598C9-5FF8-4375-B595-E5FF9F24A259}"/>
      </w:docPartPr>
      <w:docPartBody>
        <w:p w:rsidR="00000000" w:rsidRDefault="001C5D93">
          <w:r w:rsidRPr="00F90B0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D93"/>
    <w:rsid w:val="0006594A"/>
    <w:rsid w:val="001C5D93"/>
    <w:rsid w:val="002E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C5D9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734</Words>
  <Characters>4406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Wniosek o przyjęcie do Programu Drzwi do Kariery</vt:lpstr>
      <vt:lpstr/>
    </vt:vector>
  </TitlesOfParts>
  <Manager/>
  <Company/>
  <LinksUpToDate>false</LinksUpToDate>
  <CharactersWithSpaces>5130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przyjęcie do Programu Drzwi do Kariery</dc:title>
  <dc:subject/>
  <dc:creator>Stowarzyszenie Inicjatywa Obywatelska Pro Civium</dc:creator>
  <cp:keywords/>
  <dc:description>generated by python-docx</dc:description>
  <cp:lastModifiedBy>Paweł Szatarski</cp:lastModifiedBy>
  <cp:revision>2</cp:revision>
  <dcterms:created xsi:type="dcterms:W3CDTF">2013-12-23T23:15:00Z</dcterms:created>
  <dcterms:modified xsi:type="dcterms:W3CDTF">2026-09-25T05:53:00Z</dcterms:modified>
  <cp:category/>
</cp:coreProperties>
</file>